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6553D" w14:textId="77777777" w:rsidR="00241450" w:rsidRPr="001441F1" w:rsidRDefault="001441F1" w:rsidP="001441F1">
      <w:pPr>
        <w:pStyle w:val="Ttulo"/>
        <w:jc w:val="center"/>
        <w:rPr>
          <w:sz w:val="32"/>
          <w:szCs w:val="32"/>
        </w:rPr>
      </w:pPr>
      <w:bookmarkStart w:id="0" w:name="_GoBack"/>
      <w:bookmarkEnd w:id="0"/>
      <w:r w:rsidRPr="001441F1">
        <w:rPr>
          <w:sz w:val="32"/>
          <w:szCs w:val="32"/>
        </w:rPr>
        <w:t>REQUERIMENTO DE SOLICITAÇÃO DA CARTEIRA DE IDENTIFICAÇÃO DA PESSOA COM FIBROMIALGIA - CIPFIBRO</w:t>
      </w:r>
    </w:p>
    <w:p w14:paraId="55C0E3B8" w14:textId="282855FB" w:rsidR="00241450" w:rsidRDefault="001441F1">
      <w:r>
        <w:t>Lei Federal Nº 10.848 de 2000 / Lei Municipal Nº 0</w:t>
      </w:r>
      <w:r w:rsidR="00E112DD">
        <w:t>02</w:t>
      </w:r>
      <w:r>
        <w:t xml:space="preserve"> de 202</w:t>
      </w:r>
      <w:r w:rsidR="00E112DD">
        <w:t>5</w:t>
      </w:r>
      <w:r>
        <w:t xml:space="preserve"> / Lei CIPFIBRO 017 de 2022</w:t>
      </w:r>
    </w:p>
    <w:p w14:paraId="63ECECAC" w14:textId="77777777" w:rsidR="00241450" w:rsidRDefault="001441F1">
      <w:r>
        <w:br/>
        <w:t>Nº DO REQUERIMENTO: _______________________</w:t>
      </w:r>
    </w:p>
    <w:p w14:paraId="134072BB" w14:textId="77777777" w:rsidR="00241450" w:rsidRDefault="001441F1">
      <w:r>
        <w:t>DATA DA SOLICITAÇÃO: ____ / ____ / ______</w:t>
      </w:r>
    </w:p>
    <w:p w14:paraId="2A7E2728" w14:textId="5250B862" w:rsidR="00241450" w:rsidRDefault="001441F1">
      <w:r>
        <w:t>MOTIVO DA SOLICITAÇÃO:</w:t>
      </w:r>
    </w:p>
    <w:p w14:paraId="44B0FE5A" w14:textId="77777777" w:rsidR="00241450" w:rsidRDefault="001441F1">
      <w:r>
        <w:t>[ ] 1ª VIA    [ ] ATUALIZAÇÃO DE DADOS    [ ] RENOVAÇÃO    [ ] 2ª VIA    [ ] OUTROS</w:t>
      </w:r>
    </w:p>
    <w:p w14:paraId="551A8DD9" w14:textId="77777777" w:rsidR="00241450" w:rsidRDefault="001441F1">
      <w:pPr>
        <w:pStyle w:val="Ttulo1"/>
      </w:pPr>
      <w:r>
        <w:t>DADOS DO(A) BENEFICIÁRIO(A)</w:t>
      </w:r>
    </w:p>
    <w:p w14:paraId="76C09EC9" w14:textId="77777777" w:rsidR="00241450" w:rsidRDefault="001441F1">
      <w:r>
        <w:t>NOME COMPLETO: ________________________________________________</w:t>
      </w:r>
    </w:p>
    <w:p w14:paraId="569886DF" w14:textId="77777777" w:rsidR="00241450" w:rsidRDefault="001441F1">
      <w:r>
        <w:t>CPF: ______________________    RG: ______________________</w:t>
      </w:r>
    </w:p>
    <w:p w14:paraId="347AEA9C" w14:textId="77777777" w:rsidR="00241450" w:rsidRDefault="001441F1">
      <w:r>
        <w:t>DATA DE NASCIMENTO: ____ / ____ / ______</w:t>
      </w:r>
    </w:p>
    <w:p w14:paraId="6A873517" w14:textId="77777777" w:rsidR="00241450" w:rsidRDefault="001441F1">
      <w:r>
        <w:t>NATURALIDADE: ________________________________________________</w:t>
      </w:r>
    </w:p>
    <w:p w14:paraId="600CAC10" w14:textId="77777777" w:rsidR="00241450" w:rsidRDefault="001441F1">
      <w:r>
        <w:t>FILIAÇÃO: ________________________________________________</w:t>
      </w:r>
    </w:p>
    <w:p w14:paraId="6131D38D" w14:textId="77777777" w:rsidR="00241450" w:rsidRDefault="001441F1">
      <w:r>
        <w:t>ENDEREÇO COMPLETO: ________________________________________________</w:t>
      </w:r>
    </w:p>
    <w:p w14:paraId="4F8DBE16" w14:textId="77777777" w:rsidR="00241450" w:rsidRDefault="001441F1">
      <w:r>
        <w:t>TELEFONE: (___) __________    E-MAIL: __________________________</w:t>
      </w:r>
    </w:p>
    <w:p w14:paraId="0BC2211F" w14:textId="77777777" w:rsidR="00241450" w:rsidRDefault="001441F1">
      <w:pPr>
        <w:pStyle w:val="Ttulo1"/>
      </w:pPr>
      <w:r>
        <w:t>TERMO DE CIÊNCIA</w:t>
      </w:r>
    </w:p>
    <w:p w14:paraId="317D4E8C" w14:textId="77777777" w:rsidR="00241450" w:rsidRDefault="001441F1">
      <w:r>
        <w:t>Estou ciente dos dispositivos e requisitos legais estabelecidos.</w:t>
      </w:r>
    </w:p>
    <w:p w14:paraId="2F3B11C0" w14:textId="028563C2" w:rsidR="00241450" w:rsidRDefault="001441F1">
      <w:r>
        <w:t>Local e Data: ________________________________</w:t>
      </w:r>
    </w:p>
    <w:p w14:paraId="0824B1C5" w14:textId="77777777" w:rsidR="00241450" w:rsidRDefault="001441F1">
      <w:r>
        <w:t>Assinatura do(a) requerente: ________________________________</w:t>
      </w:r>
    </w:p>
    <w:p w14:paraId="02C47CD4" w14:textId="77777777" w:rsidR="00241450" w:rsidRDefault="001441F1">
      <w:r>
        <w:br/>
        <w:t>Assinatura do(a) servidor(a): ________________________________</w:t>
      </w:r>
    </w:p>
    <w:p w14:paraId="46F59593" w14:textId="7DBE5633" w:rsidR="00241450" w:rsidRDefault="001441F1">
      <w:r>
        <w:t xml:space="preserve">OBS: </w:t>
      </w:r>
      <w:proofErr w:type="spellStart"/>
      <w:r>
        <w:t>Anexar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3x4, CPF, RG, relatório médico com CID e comprovante de residência atualizado.</w:t>
      </w:r>
    </w:p>
    <w:sectPr w:rsidR="002414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1F1"/>
    <w:rsid w:val="0015074B"/>
    <w:rsid w:val="00241450"/>
    <w:rsid w:val="0029639D"/>
    <w:rsid w:val="00326F90"/>
    <w:rsid w:val="006C569B"/>
    <w:rsid w:val="00AA1D8D"/>
    <w:rsid w:val="00B47730"/>
    <w:rsid w:val="00CB0664"/>
    <w:rsid w:val="00E112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2FFE0"/>
  <w14:defaultImageDpi w14:val="300"/>
  <w15:docId w15:val="{43654A3C-5449-40E5-BB14-AD8D6781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C8A29-6FAE-42BE-AF95-984305C5B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DADOS DO(A) BENEFICIÁRIO(A)</vt:lpstr>
      <vt:lpstr>TERMO DE CIÊNCIA</vt:lpstr>
      <vt:lpstr/>
    </vt:vector>
  </TitlesOfParts>
  <Manager/>
  <Company/>
  <LinksUpToDate>false</LinksUpToDate>
  <CharactersWithSpaces>1172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SEMUSA</dc:creator>
  <cp:keywords/>
  <dc:description>generated by python-docx</dc:description>
  <cp:lastModifiedBy>Luiz Alberto dantas</cp:lastModifiedBy>
  <cp:revision>2</cp:revision>
  <dcterms:created xsi:type="dcterms:W3CDTF">2026-04-08T14:14:00Z</dcterms:created>
  <dcterms:modified xsi:type="dcterms:W3CDTF">2026-04-08T14:14:00Z</dcterms:modified>
  <cp:category/>
</cp:coreProperties>
</file>